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3C7CA3" w14:paraId="40F2F2D4" w14:textId="77777777">
        <w:trPr>
          <w:cantSplit/>
          <w:trHeight w:val="510"/>
        </w:trPr>
        <w:tc>
          <w:tcPr>
            <w:tcW w:w="1606" w:type="dxa"/>
            <w:vMerge w:val="restart"/>
            <w:vAlign w:val="center"/>
          </w:tcPr>
          <w:p w14:paraId="5E23EE9E" w14:textId="0B1C7AED" w:rsidR="003C7CA3" w:rsidRDefault="00A67D01">
            <w:pPr>
              <w:keepNext/>
              <w:jc w:val="center"/>
            </w:pPr>
            <w:r w:rsidRPr="00A67D01">
              <w:rPr>
                <w:rFonts w:eastAsia="MS Mincho" w:cs="Times New Roman"/>
                <w:noProof/>
                <w:sz w:val="24"/>
                <w:szCs w:val="24"/>
              </w:rPr>
              <w:drawing>
                <wp:anchor distT="0" distB="0" distL="114300" distR="114300" simplePos="0" relativeHeight="251659264" behindDoc="1" locked="0" layoutInCell="1" allowOverlap="1" wp14:anchorId="5EA49603" wp14:editId="5BD7EBA5">
                  <wp:simplePos x="0" y="0"/>
                  <wp:positionH relativeFrom="column">
                    <wp:posOffset>199390</wp:posOffset>
                  </wp:positionH>
                  <wp:positionV relativeFrom="paragraph">
                    <wp:posOffset>-56515</wp:posOffset>
                  </wp:positionV>
                  <wp:extent cx="480695" cy="641985"/>
                  <wp:effectExtent l="0" t="0" r="0" b="5715"/>
                  <wp:wrapNone/>
                  <wp:docPr id="2" name="Picture 1" descr="Description: C:\Users\User\Desktop\videle sigla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Desktop\videle sigla - Copy.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pic:spPr>
                      </pic:pic>
                    </a:graphicData>
                  </a:graphic>
                  <wp14:sizeRelH relativeFrom="page">
                    <wp14:pctWidth>0</wp14:pctWidth>
                  </wp14:sizeRelH>
                  <wp14:sizeRelV relativeFrom="page">
                    <wp14:pctHeight>0</wp14:pctHeight>
                  </wp14:sizeRelV>
                </wp:anchor>
              </w:drawing>
            </w:r>
          </w:p>
        </w:tc>
        <w:tc>
          <w:tcPr>
            <w:tcW w:w="8030" w:type="dxa"/>
            <w:gridSpan w:val="3"/>
            <w:shd w:val="clear" w:color="auto" w:fill="F0F0F0"/>
          </w:tcPr>
          <w:p w14:paraId="2386173D" w14:textId="0577FEC6" w:rsidR="003C7CA3" w:rsidRPr="00A67D01" w:rsidRDefault="003454F7">
            <w:pPr>
              <w:keepNext/>
            </w:pPr>
            <w:r>
              <w:rPr>
                <w:b/>
                <w:color w:val="0D5F78"/>
              </w:rPr>
              <w:t>Județul</w:t>
            </w:r>
            <w:r w:rsidR="00A67D01">
              <w:rPr>
                <w:b/>
                <w:color w:val="0D5F78"/>
              </w:rPr>
              <w:t xml:space="preserve">  </w:t>
            </w:r>
            <w:r w:rsidR="00A67D01" w:rsidRPr="00A67D01">
              <w:rPr>
                <w:b/>
              </w:rPr>
              <w:t>TELEORMAN</w:t>
            </w:r>
          </w:p>
          <w:p w14:paraId="6A3651F4" w14:textId="77777777" w:rsidR="003C7CA3" w:rsidRDefault="003C7CA3">
            <w:pPr>
              <w:keepNext/>
            </w:pPr>
          </w:p>
        </w:tc>
      </w:tr>
      <w:tr w:rsidR="003C7CA3" w14:paraId="037BC8CE" w14:textId="77777777">
        <w:trPr>
          <w:cantSplit/>
          <w:trHeight w:val="510"/>
        </w:trPr>
        <w:tc>
          <w:tcPr>
            <w:tcW w:w="1606" w:type="dxa"/>
            <w:vMerge/>
          </w:tcPr>
          <w:p w14:paraId="435A8C27" w14:textId="77777777" w:rsidR="003C7CA3" w:rsidRDefault="003C7CA3"/>
        </w:tc>
        <w:tc>
          <w:tcPr>
            <w:tcW w:w="8030" w:type="dxa"/>
            <w:gridSpan w:val="3"/>
            <w:shd w:val="clear" w:color="auto" w:fill="F0F0F0"/>
          </w:tcPr>
          <w:p w14:paraId="03BF858B" w14:textId="67759FA2" w:rsidR="003C7CA3" w:rsidRDefault="003454F7">
            <w:pPr>
              <w:keepNext/>
            </w:pPr>
            <w:r>
              <w:rPr>
                <w:b/>
                <w:color w:val="0D5F78"/>
              </w:rPr>
              <w:t>Autoritatea administrației publice</w:t>
            </w:r>
            <w:r w:rsidR="00A67D01">
              <w:rPr>
                <w:b/>
                <w:color w:val="0D5F78"/>
              </w:rPr>
              <w:t xml:space="preserve"> </w:t>
            </w:r>
            <w:r w:rsidR="00A67D01" w:rsidRPr="00A67D01">
              <w:rPr>
                <w:b/>
              </w:rPr>
              <w:t>PRIMARIA ORASULUI VIDELE</w:t>
            </w:r>
          </w:p>
          <w:p w14:paraId="6572E303" w14:textId="77777777" w:rsidR="003C7CA3" w:rsidRDefault="003C7CA3">
            <w:pPr>
              <w:keepNext/>
            </w:pPr>
          </w:p>
        </w:tc>
      </w:tr>
      <w:tr w:rsidR="003C7CA3" w14:paraId="78889A14" w14:textId="77777777">
        <w:trPr>
          <w:cantSplit/>
          <w:trHeight w:val="510"/>
        </w:trPr>
        <w:tc>
          <w:tcPr>
            <w:tcW w:w="1606" w:type="dxa"/>
            <w:vMerge/>
          </w:tcPr>
          <w:p w14:paraId="3ED32ABA" w14:textId="77777777" w:rsidR="003C7CA3" w:rsidRDefault="003C7CA3"/>
        </w:tc>
        <w:tc>
          <w:tcPr>
            <w:tcW w:w="2409" w:type="dxa"/>
            <w:shd w:val="clear" w:color="auto" w:fill="F0F0F0"/>
          </w:tcPr>
          <w:p w14:paraId="461AFBA2" w14:textId="77777777" w:rsidR="003C7CA3" w:rsidRPr="005B29C5" w:rsidRDefault="003454F7">
            <w:pPr>
              <w:keepNext/>
              <w:rPr>
                <w:lang w:val="fr-FR"/>
              </w:rPr>
            </w:pPr>
            <w:r w:rsidRPr="005B29C5">
              <w:rPr>
                <w:b/>
                <w:color w:val="0D5F78"/>
                <w:lang w:val="fr-FR"/>
              </w:rPr>
              <w:t>Cod de identificare fiscală (CIF)</w:t>
            </w:r>
          </w:p>
          <w:p w14:paraId="14345C6E" w14:textId="267A026A" w:rsidR="003C7CA3" w:rsidRPr="005B29C5" w:rsidRDefault="00A67D01">
            <w:pPr>
              <w:keepNext/>
              <w:rPr>
                <w:lang w:val="fr-FR"/>
              </w:rPr>
            </w:pPr>
            <w:r w:rsidRPr="00A67D01">
              <w:rPr>
                <w:lang w:val="fr-FR"/>
              </w:rPr>
              <w:t>6853155</w:t>
            </w:r>
          </w:p>
        </w:tc>
        <w:tc>
          <w:tcPr>
            <w:tcW w:w="5621" w:type="dxa"/>
            <w:gridSpan w:val="2"/>
            <w:shd w:val="clear" w:color="auto" w:fill="F0F0F0"/>
          </w:tcPr>
          <w:p w14:paraId="37CAB4FD" w14:textId="77777777" w:rsidR="003C7CA3" w:rsidRDefault="003454F7">
            <w:pPr>
              <w:keepNext/>
            </w:pPr>
            <w:r>
              <w:rPr>
                <w:b/>
                <w:color w:val="0D5F78"/>
              </w:rPr>
              <w:t>Adresa oficială</w:t>
            </w:r>
          </w:p>
          <w:p w14:paraId="6D11E393" w14:textId="77777777" w:rsidR="00A67D01" w:rsidRDefault="00A67D01">
            <w:pPr>
              <w:keepNext/>
            </w:pPr>
            <w:r w:rsidRPr="00A67D01">
              <w:t xml:space="preserve">ORAS VIDELE, STRADA REPUBLICII, NR. 2, TEL. 0247453017, </w:t>
            </w:r>
          </w:p>
          <w:p w14:paraId="45055487" w14:textId="5C23EF65" w:rsidR="003C7CA3" w:rsidRDefault="00A67D01" w:rsidP="001856CA">
            <w:pPr>
              <w:keepNext/>
            </w:pPr>
            <w:r w:rsidRPr="00A67D01">
              <w:rPr>
                <w:spacing w:val="20"/>
                <w:sz w:val="16"/>
                <w:szCs w:val="16"/>
              </w:rPr>
              <w:t>E-mail: primariavidele@yahoo.com; office@primariavidele.ro</w:t>
            </w:r>
            <w:bookmarkStart w:id="0" w:name="_GoBack"/>
            <w:bookmarkEnd w:id="0"/>
          </w:p>
        </w:tc>
      </w:tr>
      <w:tr w:rsidR="003C7CA3" w14:paraId="31594787" w14:textId="77777777">
        <w:trPr>
          <w:cantSplit/>
          <w:trHeight w:val="510"/>
        </w:trPr>
        <w:tc>
          <w:tcPr>
            <w:tcW w:w="1606" w:type="dxa"/>
            <w:vMerge/>
          </w:tcPr>
          <w:p w14:paraId="2B8BE5B5" w14:textId="77777777" w:rsidR="003C7CA3" w:rsidRDefault="003C7CA3"/>
        </w:tc>
        <w:tc>
          <w:tcPr>
            <w:tcW w:w="4818" w:type="dxa"/>
            <w:gridSpan w:val="2"/>
            <w:shd w:val="clear" w:color="auto" w:fill="F0F0F0"/>
          </w:tcPr>
          <w:p w14:paraId="30F80EB9" w14:textId="77777777" w:rsidR="003C7CA3" w:rsidRDefault="003454F7">
            <w:pPr>
              <w:keepNext/>
            </w:pPr>
            <w:r>
              <w:rPr>
                <w:b/>
                <w:color w:val="0D5F78"/>
              </w:rPr>
              <w:t>Număr de înregistrare</w:t>
            </w:r>
          </w:p>
          <w:p w14:paraId="37598B00" w14:textId="77777777" w:rsidR="003C7CA3" w:rsidRDefault="003C7CA3">
            <w:pPr>
              <w:keepNext/>
            </w:pPr>
          </w:p>
        </w:tc>
        <w:tc>
          <w:tcPr>
            <w:tcW w:w="3212" w:type="dxa"/>
            <w:shd w:val="clear" w:color="auto" w:fill="F0F0F0"/>
          </w:tcPr>
          <w:p w14:paraId="013656E5" w14:textId="77777777" w:rsidR="003C7CA3" w:rsidRDefault="003454F7">
            <w:pPr>
              <w:keepNext/>
            </w:pPr>
            <w:r>
              <w:rPr>
                <w:b/>
                <w:color w:val="0D5F78"/>
              </w:rPr>
              <w:t>Data</w:t>
            </w:r>
          </w:p>
          <w:p w14:paraId="1CB04524" w14:textId="77777777" w:rsidR="003C7CA3" w:rsidRDefault="003C7CA3">
            <w:pPr>
              <w:keepNext/>
            </w:pPr>
          </w:p>
        </w:tc>
      </w:tr>
      <w:tr w:rsidR="003C7CA3" w:rsidRPr="00F61A70" w14:paraId="7F34B3C7" w14:textId="77777777">
        <w:trPr>
          <w:cantSplit/>
        </w:trPr>
        <w:tc>
          <w:tcPr>
            <w:tcW w:w="9636" w:type="dxa"/>
            <w:gridSpan w:val="4"/>
            <w:shd w:val="clear" w:color="auto" w:fill="F0F0F0"/>
          </w:tcPr>
          <w:p w14:paraId="4919D607" w14:textId="77777777" w:rsidR="003C7CA3" w:rsidRPr="005B29C5" w:rsidRDefault="003454F7">
            <w:pPr>
              <w:rPr>
                <w:lang w:val="fr-FR"/>
              </w:rPr>
            </w:pPr>
            <w:r w:rsidRPr="005B29C5">
              <w:rPr>
                <w:i/>
                <w:color w:val="595959"/>
                <w:lang w:val="fr-FR"/>
              </w:rPr>
              <w:t xml:space="preserve"> se completează de autoritate — solicitantul nu scrie în această zonă</w:t>
            </w: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23D361A1" w14:textId="77777777" w:rsidR="003C7CA3" w:rsidRPr="005B29C5" w:rsidRDefault="003454F7">
            <w:pPr>
              <w:keepNext/>
              <w:rPr>
                <w:lang w:val="fr-FR"/>
              </w:rPr>
            </w:pPr>
            <w:r w:rsidRPr="005B29C5">
              <w:rPr>
                <w:i/>
                <w:color w:val="7A7A7A"/>
                <w:lang w:val="fr-FR"/>
              </w:rPr>
              <w:t>primăria municipiului / orașului / comunei · primăria de sector · consiliul județean</w:t>
            </w:r>
          </w:p>
          <w:p w14:paraId="7F5527AA" w14:textId="77777777" w:rsidR="003C7CA3" w:rsidRPr="005B29C5" w:rsidRDefault="003C7CA3">
            <w:pPr>
              <w:keepNext/>
              <w:rPr>
                <w:lang w:val="fr-FR"/>
              </w:rPr>
            </w:pP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303E64">
        <w:trPr>
          <w:cantSplit/>
        </w:trPr>
        <w:tc>
          <w:tcPr>
            <w:tcW w:w="9636" w:type="dxa"/>
            <w:shd w:val="clear" w:color="auto" w:fill="F4F4F4"/>
          </w:tcPr>
          <w:p w14:paraId="2AAE5021" w14:textId="56EF46F8" w:rsidR="00C32AB5" w:rsidRDefault="00C32AB5" w:rsidP="00303E64">
            <w:pPr>
              <w:keepNext/>
              <w:spacing w:line="228" w:lineRule="auto"/>
            </w:pPr>
            <w:r>
              <w:t xml:space="preserve">include </w:t>
            </w:r>
            <w:r w:rsidR="001531A5">
              <w:t xml:space="preserve">cel puțin </w:t>
            </w:r>
            <w:r>
              <w:t>funcțiunea principală și secundare</w:t>
            </w:r>
          </w:p>
        </w:tc>
      </w:tr>
      <w:tr w:rsidR="00C32AB5" w14:paraId="5552796F" w14:textId="77777777" w:rsidTr="00303E64">
        <w:trPr>
          <w:cantSplit/>
        </w:trPr>
        <w:tc>
          <w:tcPr>
            <w:tcW w:w="9636" w:type="dxa"/>
          </w:tcPr>
          <w:p w14:paraId="77F46E38" w14:textId="77777777" w:rsidR="00C32AB5" w:rsidRDefault="00C32AB5" w:rsidP="00303E64">
            <w:pPr>
              <w:keepNext/>
              <w:pBdr>
                <w:bottom w:val="dotted" w:sz="6" w:space="0" w:color="999999"/>
              </w:pBdr>
              <w:spacing w:after="80"/>
            </w:pPr>
          </w:p>
          <w:p w14:paraId="77355D8A" w14:textId="77777777" w:rsidR="00C32AB5" w:rsidRDefault="00C32AB5" w:rsidP="00303E64">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Default="00481869" w:rsidP="00303E64">
            <w:r>
              <w:rPr>
                <w:b/>
                <w:color w:val="0D5F78"/>
              </w:rPr>
              <w:t>Numele și prenumele / firma și reprezentantul</w:t>
            </w:r>
          </w:p>
          <w:p w14:paraId="6B334517" w14:textId="77777777" w:rsidR="00481869" w:rsidRDefault="00481869" w:rsidP="00303E64"/>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even" r:id="rId9"/>
      <w:headerReference w:type="default" r:id="rId10"/>
      <w:footerReference w:type="even" r:id="rId11"/>
      <w:footerReference w:type="default" r:id="rId12"/>
      <w:headerReference w:type="first" r:id="rId13"/>
      <w:footerReference w:type="first" r:id="rId14"/>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FD4F2" w14:textId="77777777" w:rsidR="00744B75" w:rsidRDefault="00744B75">
      <w:r>
        <w:separator/>
      </w:r>
    </w:p>
  </w:endnote>
  <w:endnote w:type="continuationSeparator" w:id="0">
    <w:p w14:paraId="657D19F8" w14:textId="77777777" w:rsidR="00744B75" w:rsidRDefault="0074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EC2C0" w14:textId="77777777" w:rsidR="003C1EF2" w:rsidRDefault="003C1E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1856CA">
      <w:rPr>
        <w:noProof/>
        <w:color w:val="595959"/>
      </w:rPr>
      <w:t>6</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1856CA">
      <w:rPr>
        <w:noProof/>
        <w:color w:val="595959"/>
      </w:rPr>
      <w:t>6</w:t>
    </w:r>
    <w:r>
      <w:rPr>
        <w:color w:val="595959"/>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8E4D89" w14:textId="77777777" w:rsidR="003C1EF2" w:rsidRDefault="003C1E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048F2F" w14:textId="77777777" w:rsidR="00744B75" w:rsidRDefault="00744B75">
      <w:r>
        <w:separator/>
      </w:r>
    </w:p>
  </w:footnote>
  <w:footnote w:type="continuationSeparator" w:id="0">
    <w:p w14:paraId="39D99B2B" w14:textId="77777777" w:rsidR="00744B75" w:rsidRDefault="00744B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EAF4C" w14:textId="77777777" w:rsidR="003C1EF2" w:rsidRDefault="003C1E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110B0" w14:textId="57BD5E57" w:rsidR="002B61AC" w:rsidRDefault="002B61AC">
    <w:pPr>
      <w:pStyle w:val="Header"/>
    </w:pPr>
    <w:r>
      <w:rPr>
        <w:color w:val="595959"/>
      </w:rPr>
      <w:t>F_A_01 · versiunea 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ED929" w14:textId="22ADB072"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741B"/>
    <w:rsid w:val="0007047E"/>
    <w:rsid w:val="0015074B"/>
    <w:rsid w:val="001531A5"/>
    <w:rsid w:val="001856CA"/>
    <w:rsid w:val="0029639D"/>
    <w:rsid w:val="002B61AC"/>
    <w:rsid w:val="002E47B8"/>
    <w:rsid w:val="0031113E"/>
    <w:rsid w:val="00326F90"/>
    <w:rsid w:val="003454F7"/>
    <w:rsid w:val="003C1EF2"/>
    <w:rsid w:val="003C7CA3"/>
    <w:rsid w:val="003F6F31"/>
    <w:rsid w:val="00481869"/>
    <w:rsid w:val="005375AB"/>
    <w:rsid w:val="005B29C5"/>
    <w:rsid w:val="006C103E"/>
    <w:rsid w:val="00744B75"/>
    <w:rsid w:val="007E5D45"/>
    <w:rsid w:val="00913191"/>
    <w:rsid w:val="009E435D"/>
    <w:rsid w:val="00A67D01"/>
    <w:rsid w:val="00A80531"/>
    <w:rsid w:val="00AA1D8D"/>
    <w:rsid w:val="00B0669A"/>
    <w:rsid w:val="00B47730"/>
    <w:rsid w:val="00C32AB5"/>
    <w:rsid w:val="00C46767"/>
    <w:rsid w:val="00CB0664"/>
    <w:rsid w:val="00CD3FD2"/>
    <w:rsid w:val="00DB3B82"/>
    <w:rsid w:val="00E61A6B"/>
    <w:rsid w:val="00E9623F"/>
    <w:rsid w:val="00EC2567"/>
    <w:rsid w:val="00F61A70"/>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B7510-4F0D-43AA-9300-09FC97A70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2418</Words>
  <Characters>13783</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16169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urbanism_3</cp:lastModifiedBy>
  <cp:revision>6</cp:revision>
  <dcterms:created xsi:type="dcterms:W3CDTF">2013-12-23T23:15:00Z</dcterms:created>
  <dcterms:modified xsi:type="dcterms:W3CDTF">2026-09-23T11:51:00Z</dcterms:modified>
  <cp:category/>
</cp:coreProperties>
</file>